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045" w:rsidRPr="004601CA" w:rsidRDefault="005A5443">
      <w:pPr>
        <w:jc w:val="center"/>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simplePos x="0" y="0"/>
                <wp:positionH relativeFrom="page">
                  <wp:posOffset>2933700</wp:posOffset>
                </wp:positionH>
                <wp:positionV relativeFrom="page">
                  <wp:posOffset>1181100</wp:posOffset>
                </wp:positionV>
                <wp:extent cx="1996440" cy="0"/>
                <wp:effectExtent l="0" t="0" r="22860" b="19050"/>
                <wp:wrapNone/>
                <wp:docPr id="2" name="Straight Connector 2"/>
                <wp:cNvGraphicFramePr/>
                <a:graphic xmlns:a="http://schemas.openxmlformats.org/drawingml/2006/main">
                  <a:graphicData uri="http://schemas.microsoft.com/office/word/2010/wordprocessingShape">
                    <wps:wsp>
                      <wps:cNvCnPr/>
                      <wps:spPr>
                        <a:xfrm flipV="1">
                          <a:off x="0" y="0"/>
                          <a:ext cx="1996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F130B"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31pt,93pt" to="388.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" strokecolor="black [3040]">
                <w10:wrap anchorx="page" anchory="page"/>
              </v:line>
            </w:pict>
          </mc:Fallback>
        </mc:AlternateContent>
      </w:r>
      <w:r w:rsidR="006A58EE" w:rsidRPr="004601CA">
        <w:rPr>
          <w:rFonts w:ascii="Times New Roman" w:hAnsi="Times New Roman" w:cs="Times New Roman"/>
          <w:b/>
          <w:sz w:val="28"/>
          <w:szCs w:val="28"/>
        </w:rPr>
        <w:t>CỘNG HÒA XÃ HỘI CHỦ NGHĨA VIỆT NAM</w:t>
      </w:r>
      <w:r w:rsidR="006A58EE" w:rsidRPr="004601CA">
        <w:rPr>
          <w:rFonts w:ascii="Times New Roman" w:hAnsi="Times New Roman" w:cs="Times New Roman"/>
          <w:b/>
          <w:sz w:val="28"/>
          <w:szCs w:val="28"/>
        </w:rPr>
        <w:br/>
        <w:t>Độc lập - Tự do - Hạnh phúc</w:t>
      </w:r>
    </w:p>
    <w:p w:rsidR="00141045" w:rsidRPr="004601CA" w:rsidRDefault="00141045">
      <w:pPr>
        <w:rPr>
          <w:rFonts w:ascii="Times New Roman" w:hAnsi="Times New Roman" w:cs="Times New Roman"/>
          <w:sz w:val="28"/>
          <w:szCs w:val="28"/>
        </w:rPr>
      </w:pPr>
    </w:p>
    <w:p w:rsidR="00141045" w:rsidRPr="004601CA" w:rsidRDefault="00301537">
      <w:pPr>
        <w:jc w:val="center"/>
        <w:rPr>
          <w:rFonts w:ascii="Times New Roman" w:hAnsi="Times New Roman" w:cs="Times New Roman"/>
          <w:sz w:val="28"/>
          <w:szCs w:val="28"/>
        </w:rPr>
      </w:pPr>
      <w:r w:rsidRPr="005A5443">
        <w:rPr>
          <w:rFonts w:ascii="Times New Roman" w:hAnsi="Times New Roman" w:cs="Times New Roman"/>
          <w:noProof/>
          <w:color w:val="FFFFCC"/>
          <w:sz w:val="28"/>
          <w:szCs w:val="28"/>
        </w:rPr>
        <w:drawing>
          <wp:anchor distT="0" distB="0" distL="114300" distR="114300" simplePos="0" relativeHeight="251655168" behindDoc="1" locked="0" layoutInCell="1" allowOverlap="1" wp14:anchorId="79AD0A5E" wp14:editId="7E73B906">
            <wp:simplePos x="0" y="0"/>
            <wp:positionH relativeFrom="margin">
              <wp:posOffset>779145</wp:posOffset>
            </wp:positionH>
            <wp:positionV relativeFrom="page">
              <wp:posOffset>2263140</wp:posOffset>
            </wp:positionV>
            <wp:extent cx="4427220" cy="4427220"/>
            <wp:effectExtent l="19050" t="19050" r="11430"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ung tâm TP Đồng Nai.jpg"/>
                    <pic:cNvPicPr/>
                  </pic:nvPicPr>
                  <pic:blipFill>
                    <a:blip r:embed="rId6">
                      <a:clrChange>
                        <a:clrFrom>
                          <a:srgbClr val="CBF9FF"/>
                        </a:clrFrom>
                        <a:clrTo>
                          <a:srgbClr val="CBF9FF">
                            <a:alpha val="0"/>
                          </a:srgbClr>
                        </a:clrTo>
                      </a:clrChange>
                      <a:lum bright="70000" contrast="-70000"/>
                      <a:extLst>
                        <a:ext uri="{BEBA8EAE-BF5A-486C-A8C5-ECC9F3942E4B}">
                          <a14:imgProps xmlns:a14="http://schemas.microsoft.com/office/drawing/2010/main">
                            <a14:imgLayer r:embed="rId7">
                              <a14:imgEffect>
                                <a14:colorTemperature colorTemp="4700"/>
                              </a14:imgEffect>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427220" cy="4427220"/>
                    </a:xfrm>
                    <a:prstGeom prst="rect">
                      <a:avLst/>
                    </a:prstGeom>
                    <a:ln w="0">
                      <a:solidFill>
                        <a:srgbClr val="00B0F0"/>
                      </a:solidFill>
                    </a:ln>
                    <a:effectLst>
                      <a:softEdge rad="112500"/>
                    </a:effectLst>
                  </pic:spPr>
                </pic:pic>
              </a:graphicData>
            </a:graphic>
            <wp14:sizeRelH relativeFrom="margin">
              <wp14:pctWidth>0</wp14:pctWidth>
            </wp14:sizeRelH>
            <wp14:sizeRelV relativeFrom="margin">
              <wp14:pctHeight>0</wp14:pctHeight>
            </wp14:sizeRelV>
          </wp:anchor>
        </w:drawing>
      </w:r>
      <w:r w:rsidR="006A58EE" w:rsidRPr="004601CA">
        <w:rPr>
          <w:rFonts w:ascii="Times New Roman" w:hAnsi="Times New Roman" w:cs="Times New Roman"/>
          <w:b/>
          <w:sz w:val="28"/>
          <w:szCs w:val="28"/>
        </w:rPr>
        <w:t>GIẤY XÁC NHẬN</w:t>
      </w:r>
      <w:r w:rsidR="006A58EE" w:rsidRPr="004601CA">
        <w:rPr>
          <w:rFonts w:ascii="Times New Roman" w:hAnsi="Times New Roman" w:cs="Times New Roman"/>
          <w:b/>
          <w:sz w:val="28"/>
          <w:szCs w:val="28"/>
        </w:rPr>
        <w:br/>
      </w:r>
      <w:r w:rsidR="006A58EE" w:rsidRPr="004601CA">
        <w:rPr>
          <w:rFonts w:ascii="Times New Roman" w:hAnsi="Times New Roman" w:cs="Times New Roman"/>
          <w:i/>
          <w:sz w:val="28"/>
          <w:szCs w:val="28"/>
        </w:rPr>
        <w:t>(Có kinh nghiệm làm nông</w:t>
      </w:r>
      <w:r w:rsidR="00563C51">
        <w:rPr>
          <w:rFonts w:ascii="Times New Roman" w:hAnsi="Times New Roman" w:cs="Times New Roman"/>
          <w:i/>
          <w:sz w:val="28"/>
          <w:szCs w:val="28"/>
          <w:lang w:val="vi-VN"/>
        </w:rPr>
        <w:t xml:space="preserve"> nghiệp</w:t>
      </w:r>
      <w:r w:rsidR="006A58EE" w:rsidRPr="004601CA">
        <w:rPr>
          <w:rFonts w:ascii="Times New Roman" w:hAnsi="Times New Roman" w:cs="Times New Roman"/>
          <w:i/>
          <w:sz w:val="28"/>
          <w:szCs w:val="28"/>
        </w:rPr>
        <w:t>)</w:t>
      </w:r>
    </w:p>
    <w:p w:rsidR="00141045" w:rsidRPr="004601CA" w:rsidRDefault="00141045" w:rsidP="005A5443">
      <w:pPr>
        <w:spacing w:before="80" w:after="80"/>
        <w:ind w:firstLine="720"/>
        <w:jc w:val="center"/>
        <w:rPr>
          <w:rFonts w:ascii="Times New Roman" w:hAnsi="Times New Roman" w:cs="Times New Roman"/>
          <w:sz w:val="28"/>
          <w:szCs w:val="28"/>
        </w:rPr>
      </w:pPr>
    </w:p>
    <w:p w:rsidR="00141045" w:rsidRPr="004601CA" w:rsidRDefault="006A58EE" w:rsidP="005A5443">
      <w:pPr>
        <w:spacing w:before="80" w:after="80"/>
        <w:ind w:firstLine="720"/>
        <w:jc w:val="both"/>
        <w:rPr>
          <w:rFonts w:ascii="Times New Roman" w:hAnsi="Times New Roman" w:cs="Times New Roman"/>
          <w:sz w:val="28"/>
          <w:szCs w:val="28"/>
        </w:rPr>
      </w:pPr>
      <w:r w:rsidRPr="004601CA">
        <w:rPr>
          <w:rFonts w:ascii="Times New Roman" w:hAnsi="Times New Roman" w:cs="Times New Roman"/>
          <w:sz w:val="28"/>
          <w:szCs w:val="28"/>
        </w:rPr>
        <w:t>UBND xã/phường: ........................................................ xác nhận:</w:t>
      </w:r>
    </w:p>
    <w:p w:rsidR="00141045" w:rsidRPr="005A5443" w:rsidRDefault="006A58EE" w:rsidP="005A5443">
      <w:pPr>
        <w:spacing w:before="80" w:after="80"/>
        <w:ind w:firstLine="720"/>
        <w:jc w:val="both"/>
        <w:rPr>
          <w:rFonts w:ascii="Times New Roman" w:hAnsi="Times New Roman" w:cs="Times New Roman"/>
          <w:sz w:val="28"/>
          <w:szCs w:val="28"/>
          <w:lang w:val="vi-VN"/>
        </w:rPr>
      </w:pPr>
      <w:r w:rsidRPr="004601CA">
        <w:rPr>
          <w:rFonts w:ascii="Times New Roman" w:hAnsi="Times New Roman" w:cs="Times New Roman"/>
          <w:sz w:val="28"/>
          <w:szCs w:val="28"/>
        </w:rPr>
        <w:t>Ông/bà: .....................................................................................</w:t>
      </w:r>
      <w:r w:rsidR="005A5443">
        <w:rPr>
          <w:rFonts w:ascii="Times New Roman" w:hAnsi="Times New Roman" w:cs="Times New Roman"/>
          <w:sz w:val="28"/>
          <w:szCs w:val="28"/>
          <w:lang w:val="vi-VN"/>
        </w:rPr>
        <w:t>....................</w:t>
      </w:r>
    </w:p>
    <w:p w:rsidR="00141045" w:rsidRPr="005A5443" w:rsidRDefault="006A58EE" w:rsidP="005A5443">
      <w:pPr>
        <w:spacing w:before="80" w:after="80"/>
        <w:ind w:firstLine="720"/>
        <w:jc w:val="both"/>
        <w:rPr>
          <w:rFonts w:ascii="Times New Roman" w:hAnsi="Times New Roman" w:cs="Times New Roman"/>
          <w:sz w:val="28"/>
          <w:szCs w:val="28"/>
          <w:lang w:val="vi-VN"/>
        </w:rPr>
      </w:pPr>
      <w:r w:rsidRPr="004601CA">
        <w:rPr>
          <w:rFonts w:ascii="Times New Roman" w:hAnsi="Times New Roman" w:cs="Times New Roman"/>
          <w:sz w:val="28"/>
          <w:szCs w:val="28"/>
        </w:rPr>
        <w:t>Số CCCD/CD: ............................................. Ngày cấp: ........................</w:t>
      </w:r>
      <w:r w:rsidR="005A5443">
        <w:rPr>
          <w:rFonts w:ascii="Times New Roman" w:hAnsi="Times New Roman" w:cs="Times New Roman"/>
          <w:sz w:val="28"/>
          <w:szCs w:val="28"/>
          <w:lang w:val="vi-VN"/>
        </w:rPr>
        <w:t>.......</w:t>
      </w:r>
    </w:p>
    <w:p w:rsidR="00141045" w:rsidRPr="005A5443" w:rsidRDefault="006A58EE" w:rsidP="005A5443">
      <w:pPr>
        <w:spacing w:before="80" w:after="80"/>
        <w:ind w:firstLine="720"/>
        <w:jc w:val="both"/>
        <w:rPr>
          <w:rFonts w:ascii="Times New Roman" w:hAnsi="Times New Roman" w:cs="Times New Roman"/>
          <w:sz w:val="28"/>
          <w:szCs w:val="28"/>
          <w:lang w:val="vi-VN"/>
        </w:rPr>
      </w:pPr>
      <w:r w:rsidRPr="004601CA">
        <w:rPr>
          <w:rFonts w:ascii="Times New Roman" w:hAnsi="Times New Roman" w:cs="Times New Roman"/>
          <w:sz w:val="28"/>
          <w:szCs w:val="28"/>
        </w:rPr>
        <w:t>Nơi cấp: ......................................................................................</w:t>
      </w:r>
      <w:r w:rsidR="005A5443">
        <w:rPr>
          <w:rFonts w:ascii="Times New Roman" w:hAnsi="Times New Roman" w:cs="Times New Roman"/>
          <w:sz w:val="28"/>
          <w:szCs w:val="28"/>
          <w:lang w:val="vi-VN"/>
        </w:rPr>
        <w:t>..................</w:t>
      </w:r>
    </w:p>
    <w:p w:rsidR="00141045" w:rsidRPr="005A5443" w:rsidRDefault="006A58EE" w:rsidP="005A5443">
      <w:pPr>
        <w:spacing w:before="80" w:after="80"/>
        <w:ind w:firstLine="720"/>
        <w:jc w:val="both"/>
        <w:rPr>
          <w:rFonts w:ascii="Times New Roman" w:hAnsi="Times New Roman" w:cs="Times New Roman"/>
          <w:sz w:val="28"/>
          <w:szCs w:val="28"/>
          <w:lang w:val="vi-VN"/>
        </w:rPr>
      </w:pPr>
      <w:r w:rsidRPr="004601CA">
        <w:rPr>
          <w:rFonts w:ascii="Times New Roman" w:hAnsi="Times New Roman" w:cs="Times New Roman"/>
          <w:sz w:val="28"/>
          <w:szCs w:val="28"/>
        </w:rPr>
        <w:t>Nơi thường trú: ............................................................................</w:t>
      </w:r>
      <w:r w:rsidR="005A5443">
        <w:rPr>
          <w:rFonts w:ascii="Times New Roman" w:hAnsi="Times New Roman" w:cs="Times New Roman"/>
          <w:sz w:val="28"/>
          <w:szCs w:val="28"/>
          <w:lang w:val="vi-VN"/>
        </w:rPr>
        <w:t>.................</w:t>
      </w:r>
    </w:p>
    <w:p w:rsidR="00141045" w:rsidRPr="005A5443" w:rsidRDefault="006A58EE" w:rsidP="005A5443">
      <w:pPr>
        <w:spacing w:before="80" w:after="80"/>
        <w:jc w:val="both"/>
        <w:rPr>
          <w:rFonts w:ascii="Times New Roman" w:hAnsi="Times New Roman" w:cs="Times New Roman"/>
          <w:sz w:val="28"/>
          <w:szCs w:val="28"/>
          <w:lang w:val="vi-VN"/>
        </w:rPr>
      </w:pPr>
      <w:r w:rsidRPr="004601CA">
        <w:rPr>
          <w:rFonts w:ascii="Times New Roman" w:hAnsi="Times New Roman" w:cs="Times New Roman"/>
          <w:sz w:val="28"/>
          <w:szCs w:val="28"/>
        </w:rPr>
        <w:t>..................................................................................................</w:t>
      </w:r>
      <w:r w:rsidR="005A5443">
        <w:rPr>
          <w:rFonts w:ascii="Times New Roman" w:hAnsi="Times New Roman" w:cs="Times New Roman"/>
          <w:sz w:val="28"/>
          <w:szCs w:val="28"/>
          <w:lang w:val="vi-VN"/>
        </w:rPr>
        <w:t>...............................</w:t>
      </w:r>
    </w:p>
    <w:p w:rsidR="00141045" w:rsidRPr="005A5443" w:rsidRDefault="006A58EE" w:rsidP="005A5443">
      <w:pPr>
        <w:spacing w:before="80" w:after="80"/>
        <w:ind w:firstLine="720"/>
        <w:jc w:val="both"/>
        <w:rPr>
          <w:rFonts w:ascii="Times New Roman" w:hAnsi="Times New Roman" w:cs="Times New Roman"/>
          <w:sz w:val="28"/>
          <w:szCs w:val="28"/>
          <w:lang w:val="vi-VN"/>
        </w:rPr>
      </w:pPr>
      <w:r w:rsidRPr="004601CA">
        <w:rPr>
          <w:rFonts w:ascii="Times New Roman" w:hAnsi="Times New Roman" w:cs="Times New Roman"/>
          <w:sz w:val="28"/>
          <w:szCs w:val="28"/>
        </w:rPr>
        <w:t>Chỗ ở hiện nay: ...........................................................................</w:t>
      </w:r>
      <w:r w:rsidR="005A5443">
        <w:rPr>
          <w:rFonts w:ascii="Times New Roman" w:hAnsi="Times New Roman" w:cs="Times New Roman"/>
          <w:sz w:val="28"/>
          <w:szCs w:val="28"/>
          <w:lang w:val="vi-VN"/>
        </w:rPr>
        <w:t>.................</w:t>
      </w:r>
    </w:p>
    <w:p w:rsidR="00141045" w:rsidRPr="005A5443" w:rsidRDefault="006A58EE" w:rsidP="005A5443">
      <w:pPr>
        <w:spacing w:after="0"/>
        <w:jc w:val="both"/>
        <w:rPr>
          <w:rFonts w:ascii="Times New Roman" w:hAnsi="Times New Roman" w:cs="Times New Roman"/>
          <w:sz w:val="28"/>
          <w:szCs w:val="28"/>
          <w:lang w:val="vi-VN"/>
        </w:rPr>
      </w:pPr>
      <w:r w:rsidRPr="004601CA">
        <w:rPr>
          <w:rFonts w:ascii="Times New Roman" w:hAnsi="Times New Roman" w:cs="Times New Roman"/>
          <w:sz w:val="28"/>
          <w:szCs w:val="28"/>
        </w:rPr>
        <w:t>..................................................................................................</w:t>
      </w:r>
      <w:r w:rsidR="005A5443">
        <w:rPr>
          <w:rFonts w:ascii="Times New Roman" w:hAnsi="Times New Roman" w:cs="Times New Roman"/>
          <w:sz w:val="28"/>
          <w:szCs w:val="28"/>
          <w:lang w:val="vi-VN"/>
        </w:rPr>
        <w:t>...............................</w:t>
      </w:r>
    </w:p>
    <w:p w:rsidR="00141045" w:rsidRPr="004601CA" w:rsidRDefault="006A58EE" w:rsidP="005A5443">
      <w:pPr>
        <w:spacing w:after="0"/>
        <w:ind w:firstLine="720"/>
        <w:jc w:val="both"/>
        <w:rPr>
          <w:rFonts w:ascii="Times New Roman" w:hAnsi="Times New Roman" w:cs="Times New Roman"/>
          <w:sz w:val="28"/>
          <w:szCs w:val="28"/>
        </w:rPr>
      </w:pPr>
      <w:r w:rsidRPr="004601CA">
        <w:rPr>
          <w:rFonts w:ascii="Times New Roman" w:hAnsi="Times New Roman" w:cs="Times New Roman"/>
          <w:sz w:val="28"/>
          <w:szCs w:val="28"/>
        </w:rPr>
        <w:t>Xác nhận người có tên ở trên có kinh nghiệm làm nông nghiệ</w:t>
      </w:r>
      <w:r w:rsidR="005A5443">
        <w:rPr>
          <w:rFonts w:ascii="Times New Roman" w:hAnsi="Times New Roman" w:cs="Times New Roman"/>
          <w:sz w:val="28"/>
          <w:szCs w:val="28"/>
        </w:rPr>
        <w:t>p trên 05 năm</w:t>
      </w:r>
      <w:r w:rsidR="005A5443">
        <w:rPr>
          <w:rFonts w:ascii="Times New Roman" w:hAnsi="Times New Roman" w:cs="Times New Roman"/>
          <w:sz w:val="28"/>
          <w:szCs w:val="28"/>
          <w:lang w:val="vi-VN"/>
        </w:rPr>
        <w:t xml:space="preserve"> </w:t>
      </w:r>
      <w:r w:rsidRPr="004601CA">
        <w:rPr>
          <w:rFonts w:ascii="Times New Roman" w:hAnsi="Times New Roman" w:cs="Times New Roman"/>
          <w:sz w:val="28"/>
          <w:szCs w:val="28"/>
        </w:rPr>
        <w:t>tại địa phương để hoàn tất thủ tục đi làm việc thời vụ tại huyện</w:t>
      </w:r>
      <w:r w:rsidRPr="004601CA">
        <w:rPr>
          <w:rFonts w:ascii="Times New Roman" w:hAnsi="Times New Roman" w:cs="Times New Roman"/>
          <w:sz w:val="28"/>
          <w:szCs w:val="28"/>
        </w:rPr>
        <w:br/>
        <w:t>.............................., tỉnh .............................., Hàn Quốc.</w:t>
      </w:r>
    </w:p>
    <w:p w:rsidR="00141045" w:rsidRDefault="00141045" w:rsidP="005A5443">
      <w:pPr>
        <w:spacing w:after="0"/>
        <w:ind w:firstLine="720"/>
        <w:jc w:val="both"/>
        <w:rPr>
          <w:rFonts w:ascii="Times New Roman" w:hAnsi="Times New Roman" w:cs="Times New Roman"/>
          <w:sz w:val="28"/>
          <w:szCs w:val="28"/>
        </w:rPr>
      </w:pPr>
    </w:p>
    <w:p w:rsidR="005A5443" w:rsidRPr="004601CA" w:rsidRDefault="005A5443" w:rsidP="005A5443">
      <w:pPr>
        <w:spacing w:after="0"/>
        <w:ind w:firstLine="720"/>
        <w:jc w:val="both"/>
        <w:rPr>
          <w:rFonts w:ascii="Times New Roman" w:hAnsi="Times New Roman" w:cs="Times New Roman"/>
          <w:sz w:val="28"/>
          <w:szCs w:val="28"/>
        </w:rPr>
      </w:pPr>
    </w:p>
    <w:p w:rsidR="005A5443" w:rsidRPr="004601CA" w:rsidRDefault="005A5443" w:rsidP="005A5443">
      <w:pPr>
        <w:spacing w:after="0"/>
        <w:ind w:firstLine="720"/>
        <w:jc w:val="center"/>
        <w:rPr>
          <w:rFonts w:ascii="Times New Roman" w:hAnsi="Times New Roman" w:cs="Times New Roman"/>
          <w:b/>
          <w:sz w:val="28"/>
          <w:szCs w:val="28"/>
        </w:rPr>
      </w:pPr>
      <w:r>
        <w:rPr>
          <w:rFonts w:ascii="Times New Roman" w:hAnsi="Times New Roman" w:cs="Times New Roman"/>
          <w:b/>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0"/>
        <w:gridCol w:w="5242"/>
      </w:tblGrid>
      <w:tr w:rsidR="005A5443" w:rsidTr="005A5443">
        <w:tc>
          <w:tcPr>
            <w:tcW w:w="3936" w:type="dxa"/>
          </w:tcPr>
          <w:p w:rsidR="005A5443" w:rsidRDefault="005A5443" w:rsidP="005A5443">
            <w:pPr>
              <w:jc w:val="center"/>
              <w:rPr>
                <w:rFonts w:ascii="Times New Roman" w:hAnsi="Times New Roman" w:cs="Times New Roman"/>
                <w:b/>
                <w:sz w:val="28"/>
                <w:szCs w:val="28"/>
              </w:rPr>
            </w:pPr>
          </w:p>
        </w:tc>
        <w:tc>
          <w:tcPr>
            <w:tcW w:w="5352" w:type="dxa"/>
          </w:tcPr>
          <w:p w:rsidR="005A5443" w:rsidRDefault="005A5443" w:rsidP="005A5443">
            <w:pPr>
              <w:jc w:val="center"/>
              <w:rPr>
                <w:rFonts w:ascii="Times New Roman" w:hAnsi="Times New Roman" w:cs="Times New Roman"/>
                <w:i/>
                <w:sz w:val="28"/>
                <w:szCs w:val="28"/>
                <w:lang w:val="vi-VN"/>
              </w:rPr>
            </w:pPr>
            <w:r>
              <w:rPr>
                <w:rFonts w:ascii="Times New Roman" w:hAnsi="Times New Roman" w:cs="Times New Roman"/>
                <w:i/>
                <w:sz w:val="28"/>
                <w:szCs w:val="28"/>
                <w:lang w:val="vi-VN"/>
              </w:rPr>
              <w:t xml:space="preserve">Đồng Nai </w:t>
            </w:r>
            <w:r w:rsidRPr="004601CA">
              <w:rPr>
                <w:rFonts w:ascii="Times New Roman" w:hAnsi="Times New Roman" w:cs="Times New Roman"/>
                <w:i/>
                <w:sz w:val="28"/>
                <w:szCs w:val="28"/>
              </w:rPr>
              <w:t>, ngà</w:t>
            </w:r>
            <w:r>
              <w:rPr>
                <w:rFonts w:ascii="Times New Roman" w:hAnsi="Times New Roman" w:cs="Times New Roman"/>
                <w:i/>
                <w:sz w:val="28"/>
                <w:szCs w:val="28"/>
              </w:rPr>
              <w:t xml:space="preserve">y ..... tháng ..... năm </w:t>
            </w:r>
            <w:r>
              <w:rPr>
                <w:rFonts w:ascii="Times New Roman" w:hAnsi="Times New Roman" w:cs="Times New Roman"/>
                <w:i/>
                <w:sz w:val="28"/>
                <w:szCs w:val="28"/>
                <w:lang w:val="vi-VN"/>
              </w:rPr>
              <w:t>2026</w:t>
            </w:r>
          </w:p>
          <w:p w:rsidR="005A5443" w:rsidRPr="004601CA" w:rsidRDefault="005A5443" w:rsidP="005A5443">
            <w:pPr>
              <w:jc w:val="center"/>
              <w:rPr>
                <w:rFonts w:ascii="Times New Roman" w:hAnsi="Times New Roman" w:cs="Times New Roman"/>
                <w:sz w:val="28"/>
                <w:szCs w:val="28"/>
              </w:rPr>
            </w:pPr>
            <w:r w:rsidRPr="004601CA">
              <w:rPr>
                <w:rFonts w:ascii="Times New Roman" w:hAnsi="Times New Roman" w:cs="Times New Roman"/>
                <w:b/>
                <w:sz w:val="28"/>
                <w:szCs w:val="28"/>
              </w:rPr>
              <w:t>UBND xã/phường</w:t>
            </w:r>
            <w:r w:rsidRPr="004601CA">
              <w:rPr>
                <w:rFonts w:ascii="Times New Roman" w:hAnsi="Times New Roman" w:cs="Times New Roman"/>
                <w:b/>
                <w:sz w:val="28"/>
                <w:szCs w:val="28"/>
              </w:rPr>
              <w:br/>
              <w:t>Chủ tịch</w:t>
            </w:r>
          </w:p>
          <w:p w:rsidR="005A5443" w:rsidRDefault="005A5443" w:rsidP="005A5443">
            <w:pPr>
              <w:jc w:val="center"/>
              <w:rPr>
                <w:rFonts w:ascii="Times New Roman" w:hAnsi="Times New Roman" w:cs="Times New Roman"/>
                <w:b/>
                <w:sz w:val="28"/>
                <w:szCs w:val="28"/>
              </w:rPr>
            </w:pPr>
          </w:p>
        </w:tc>
      </w:tr>
    </w:tbl>
    <w:p w:rsidR="00141045" w:rsidRDefault="00141045" w:rsidP="005A5443">
      <w:pPr>
        <w:spacing w:after="0"/>
        <w:ind w:firstLine="720"/>
        <w:jc w:val="center"/>
        <w:rPr>
          <w:rFonts w:ascii="Times New Roman" w:hAnsi="Times New Roman" w:cs="Times New Roman"/>
          <w:sz w:val="28"/>
          <w:szCs w:val="28"/>
        </w:rPr>
      </w:pPr>
    </w:p>
    <w:p w:rsidR="00301537" w:rsidRDefault="00301537" w:rsidP="005A5443">
      <w:pPr>
        <w:spacing w:after="0"/>
        <w:ind w:firstLine="720"/>
        <w:jc w:val="center"/>
        <w:rPr>
          <w:rFonts w:ascii="Times New Roman" w:hAnsi="Times New Roman" w:cs="Times New Roman"/>
          <w:sz w:val="28"/>
          <w:szCs w:val="28"/>
        </w:rPr>
      </w:pPr>
    </w:p>
    <w:p w:rsidR="00301537" w:rsidRDefault="00301537" w:rsidP="005A5443">
      <w:pPr>
        <w:spacing w:after="0"/>
        <w:ind w:firstLine="720"/>
        <w:jc w:val="center"/>
        <w:rPr>
          <w:rFonts w:ascii="Times New Roman" w:hAnsi="Times New Roman" w:cs="Times New Roman"/>
          <w:sz w:val="28"/>
          <w:szCs w:val="28"/>
        </w:rPr>
      </w:pPr>
    </w:p>
    <w:p w:rsidR="00301537" w:rsidRDefault="00301537" w:rsidP="005A5443">
      <w:pPr>
        <w:spacing w:after="0"/>
        <w:ind w:firstLine="720"/>
        <w:jc w:val="center"/>
        <w:rPr>
          <w:rFonts w:ascii="Times New Roman" w:hAnsi="Times New Roman" w:cs="Times New Roman"/>
          <w:sz w:val="28"/>
          <w:szCs w:val="28"/>
        </w:rPr>
      </w:pPr>
    </w:p>
    <w:p w:rsidR="00301537" w:rsidRDefault="00301537" w:rsidP="005A5443">
      <w:pPr>
        <w:spacing w:after="0"/>
        <w:ind w:firstLine="720"/>
        <w:jc w:val="center"/>
        <w:rPr>
          <w:rFonts w:ascii="Times New Roman" w:hAnsi="Times New Roman" w:cs="Times New Roman"/>
          <w:sz w:val="28"/>
          <w:szCs w:val="28"/>
        </w:rPr>
      </w:pPr>
    </w:p>
    <w:p w:rsidR="00301537" w:rsidRDefault="00301537" w:rsidP="005A5443">
      <w:pPr>
        <w:spacing w:after="0"/>
        <w:ind w:firstLine="720"/>
        <w:jc w:val="center"/>
        <w:rPr>
          <w:rFonts w:ascii="Times New Roman" w:hAnsi="Times New Roman" w:cs="Times New Roman"/>
          <w:sz w:val="28"/>
          <w:szCs w:val="28"/>
        </w:rPr>
      </w:pPr>
    </w:p>
    <w:p w:rsidR="00301537" w:rsidRDefault="00301537" w:rsidP="005A5443">
      <w:pPr>
        <w:spacing w:after="0"/>
        <w:ind w:firstLine="720"/>
        <w:jc w:val="center"/>
        <w:rPr>
          <w:rFonts w:ascii="Times New Roman" w:hAnsi="Times New Roman" w:cs="Times New Roman"/>
          <w:sz w:val="28"/>
          <w:szCs w:val="28"/>
        </w:rPr>
      </w:pPr>
    </w:p>
    <w:p w:rsidR="00301537" w:rsidRDefault="00301537" w:rsidP="005A5443">
      <w:pPr>
        <w:spacing w:after="0"/>
        <w:ind w:firstLine="720"/>
        <w:jc w:val="center"/>
        <w:rPr>
          <w:rFonts w:ascii="Times New Roman" w:hAnsi="Times New Roman" w:cs="Times New Roman"/>
          <w:sz w:val="28"/>
          <w:szCs w:val="28"/>
        </w:rPr>
      </w:pPr>
    </w:p>
    <w:p w:rsidR="00301537" w:rsidRDefault="00301537" w:rsidP="005A5443">
      <w:pPr>
        <w:spacing w:after="0"/>
        <w:ind w:firstLine="720"/>
        <w:jc w:val="center"/>
        <w:rPr>
          <w:rFonts w:ascii="Times New Roman" w:hAnsi="Times New Roman" w:cs="Times New Roman"/>
          <w:sz w:val="28"/>
          <w:szCs w:val="28"/>
        </w:rPr>
      </w:pPr>
    </w:p>
    <w:p w:rsidR="00301537" w:rsidRDefault="00301537" w:rsidP="005A5443">
      <w:pPr>
        <w:spacing w:after="0"/>
        <w:ind w:firstLine="720"/>
        <w:jc w:val="center"/>
        <w:rPr>
          <w:rFonts w:ascii="Times New Roman" w:hAnsi="Times New Roman" w:cs="Times New Roman"/>
          <w:sz w:val="28"/>
          <w:szCs w:val="28"/>
        </w:rPr>
      </w:pPr>
    </w:p>
    <w:p w:rsidR="00301537" w:rsidRDefault="00301537" w:rsidP="005A5443">
      <w:pPr>
        <w:spacing w:after="0"/>
        <w:ind w:firstLine="720"/>
        <w:jc w:val="center"/>
        <w:rPr>
          <w:rFonts w:ascii="Times New Roman" w:hAnsi="Times New Roman" w:cs="Times New Roman"/>
          <w:sz w:val="28"/>
          <w:szCs w:val="28"/>
        </w:rPr>
      </w:pPr>
    </w:p>
    <w:p w:rsidR="00301537" w:rsidRDefault="00301537" w:rsidP="005A5443">
      <w:pPr>
        <w:spacing w:after="0"/>
        <w:ind w:firstLine="720"/>
        <w:jc w:val="center"/>
        <w:rPr>
          <w:rFonts w:ascii="Times New Roman" w:hAnsi="Times New Roman" w:cs="Times New Roman"/>
          <w:sz w:val="28"/>
          <w:szCs w:val="28"/>
        </w:rPr>
      </w:pPr>
    </w:p>
    <w:p w:rsidR="00301537" w:rsidRPr="00301537" w:rsidRDefault="007C7270" w:rsidP="00301537">
      <w:pPr>
        <w:jc w:val="center"/>
        <w:rPr>
          <w:rFonts w:ascii="Times New Roman" w:hAnsi="Times New Roman" w:cs="Times New Roman"/>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662336" behindDoc="0" locked="0" layoutInCell="1" allowOverlap="1">
                <wp:simplePos x="0" y="0"/>
                <wp:positionH relativeFrom="page">
                  <wp:posOffset>2933700</wp:posOffset>
                </wp:positionH>
                <wp:positionV relativeFrom="page">
                  <wp:posOffset>1211580</wp:posOffset>
                </wp:positionV>
                <wp:extent cx="2049780" cy="0"/>
                <wp:effectExtent l="0" t="0" r="26670" b="19050"/>
                <wp:wrapNone/>
                <wp:docPr id="4" name="Straight Connector 4"/>
                <wp:cNvGraphicFramePr/>
                <a:graphic xmlns:a="http://schemas.openxmlformats.org/drawingml/2006/main">
                  <a:graphicData uri="http://schemas.microsoft.com/office/word/2010/wordprocessingShape">
                    <wps:wsp>
                      <wps:cNvCnPr/>
                      <wps:spPr>
                        <a:xfrm>
                          <a:off x="0" y="0"/>
                          <a:ext cx="204978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3E87E94" id="Straight Connector 4"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231pt,95.4pt" to="392.4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" strokecolor="black [3213]">
                <w10:wrap anchorx="page" anchory="page"/>
              </v:line>
            </w:pict>
          </mc:Fallback>
        </mc:AlternateContent>
      </w:r>
      <w:r w:rsidR="00301537" w:rsidRPr="00301537">
        <w:rPr>
          <w:rFonts w:ascii="Times New Roman" w:hAnsi="Times New Roman" w:cs="Times New Roman"/>
          <w:b/>
          <w:sz w:val="28"/>
          <w:szCs w:val="28"/>
        </w:rPr>
        <w:t>CỘNG HÒA XÃ HỘI CHỦ NGHĨA VIỆT NAM</w:t>
      </w:r>
      <w:r w:rsidR="00301537" w:rsidRPr="00301537">
        <w:rPr>
          <w:rFonts w:ascii="Times New Roman" w:hAnsi="Times New Roman" w:cs="Times New Roman"/>
          <w:b/>
          <w:sz w:val="28"/>
          <w:szCs w:val="28"/>
        </w:rPr>
        <w:br/>
        <w:t>Độc lập - Tự do - Hạnh phúc</w:t>
      </w:r>
    </w:p>
    <w:p w:rsidR="00301537" w:rsidRPr="00301537" w:rsidRDefault="00301537" w:rsidP="00301537">
      <w:pPr>
        <w:rPr>
          <w:rFonts w:ascii="Times New Roman" w:hAnsi="Times New Roman" w:cs="Times New Roman"/>
          <w:sz w:val="28"/>
          <w:szCs w:val="28"/>
        </w:rPr>
      </w:pPr>
    </w:p>
    <w:p w:rsidR="00301537" w:rsidRPr="00301537" w:rsidRDefault="00301537" w:rsidP="00301537">
      <w:pPr>
        <w:jc w:val="center"/>
        <w:rPr>
          <w:rFonts w:ascii="Times New Roman" w:hAnsi="Times New Roman" w:cs="Times New Roman"/>
          <w:sz w:val="28"/>
          <w:szCs w:val="28"/>
        </w:rPr>
      </w:pPr>
      <w:r w:rsidRPr="00301537">
        <w:rPr>
          <w:rFonts w:ascii="Times New Roman" w:hAnsi="Times New Roman" w:cs="Times New Roman"/>
          <w:b/>
          <w:sz w:val="28"/>
          <w:szCs w:val="28"/>
        </w:rPr>
        <w:t>ĐƠN CAM KẾT VÀ XIN XÁC NHẬN</w:t>
      </w:r>
    </w:p>
    <w:p w:rsidR="00301537" w:rsidRPr="00301537" w:rsidRDefault="00301537" w:rsidP="00301537">
      <w:pPr>
        <w:rPr>
          <w:rFonts w:ascii="Times New Roman" w:hAnsi="Times New Roman" w:cs="Times New Roman"/>
          <w:sz w:val="28"/>
          <w:szCs w:val="28"/>
        </w:rPr>
      </w:pPr>
    </w:p>
    <w:p w:rsidR="00301537" w:rsidRPr="00301537" w:rsidRDefault="00301537" w:rsidP="00301537">
      <w:pPr>
        <w:spacing w:before="80" w:after="80"/>
        <w:ind w:firstLine="720"/>
        <w:rPr>
          <w:rFonts w:ascii="Times New Roman" w:hAnsi="Times New Roman" w:cs="Times New Roman"/>
          <w:sz w:val="28"/>
          <w:szCs w:val="28"/>
        </w:rPr>
      </w:pPr>
      <w:r w:rsidRPr="00301537">
        <w:rPr>
          <w:rFonts w:ascii="Times New Roman" w:hAnsi="Times New Roman" w:cs="Times New Roman"/>
          <w:sz w:val="28"/>
          <w:szCs w:val="28"/>
        </w:rPr>
        <w:t>Kính gửi: UBND .........................................................................................</w:t>
      </w:r>
    </w:p>
    <w:p w:rsidR="00301537" w:rsidRPr="00301537" w:rsidRDefault="00301537" w:rsidP="00301537">
      <w:pPr>
        <w:spacing w:before="80" w:after="80"/>
        <w:ind w:firstLine="720"/>
        <w:rPr>
          <w:rFonts w:ascii="Times New Roman" w:hAnsi="Times New Roman" w:cs="Times New Roman"/>
          <w:sz w:val="28"/>
          <w:szCs w:val="28"/>
        </w:rPr>
      </w:pPr>
      <w:r w:rsidRPr="00301537">
        <w:rPr>
          <w:rFonts w:ascii="Times New Roman" w:hAnsi="Times New Roman" w:cs="Times New Roman"/>
          <w:noProof/>
          <w:color w:val="FFFFCC"/>
          <w:sz w:val="28"/>
          <w:szCs w:val="28"/>
        </w:rPr>
        <w:drawing>
          <wp:anchor distT="0" distB="0" distL="114300" distR="114300" simplePos="0" relativeHeight="251661312" behindDoc="1" locked="0" layoutInCell="1" allowOverlap="1" wp14:anchorId="2DE771A2" wp14:editId="22FF187D">
            <wp:simplePos x="0" y="0"/>
            <wp:positionH relativeFrom="margin">
              <wp:posOffset>611505</wp:posOffset>
            </wp:positionH>
            <wp:positionV relativeFrom="page">
              <wp:posOffset>2872740</wp:posOffset>
            </wp:positionV>
            <wp:extent cx="4800600" cy="4800600"/>
            <wp:effectExtent l="19050" t="19050" r="19050"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ung tâm TP Đồng Nai.jpg"/>
                    <pic:cNvPicPr/>
                  </pic:nvPicPr>
                  <pic:blipFill>
                    <a:blip r:embed="rId6">
                      <a:clrChange>
                        <a:clrFrom>
                          <a:srgbClr val="CBF9FF"/>
                        </a:clrFrom>
                        <a:clrTo>
                          <a:srgbClr val="CBF9FF">
                            <a:alpha val="0"/>
                          </a:srgbClr>
                        </a:clrTo>
                      </a:clrChange>
                      <a:lum bright="70000" contrast="-70000"/>
                      <a:extLst>
                        <a:ext uri="{BEBA8EAE-BF5A-486C-A8C5-ECC9F3942E4B}">
                          <a14:imgProps xmlns:a14="http://schemas.microsoft.com/office/drawing/2010/main">
                            <a14:imgLayer r:embed="rId7">
                              <a14:imgEffect>
                                <a14:colorTemperature colorTemp="4700"/>
                              </a14:imgEffect>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00600" cy="4800600"/>
                    </a:xfrm>
                    <a:prstGeom prst="rect">
                      <a:avLst/>
                    </a:prstGeom>
                    <a:ln w="0">
                      <a:solidFill>
                        <a:srgbClr val="00B0F0"/>
                      </a:solidFill>
                    </a:ln>
                    <a:effectLst>
                      <a:softEdge rad="112500"/>
                    </a:effectLst>
                  </pic:spPr>
                </pic:pic>
              </a:graphicData>
            </a:graphic>
            <wp14:sizeRelH relativeFrom="margin">
              <wp14:pctWidth>0</wp14:pctWidth>
            </wp14:sizeRelH>
            <wp14:sizeRelV relativeFrom="margin">
              <wp14:pctHeight>0</wp14:pctHeight>
            </wp14:sizeRelV>
          </wp:anchor>
        </w:drawing>
      </w:r>
    </w:p>
    <w:p w:rsidR="00301537" w:rsidRPr="00301537" w:rsidRDefault="00301537" w:rsidP="00301537">
      <w:pPr>
        <w:spacing w:before="80" w:after="80"/>
        <w:ind w:firstLine="720"/>
        <w:rPr>
          <w:rFonts w:ascii="Times New Roman" w:hAnsi="Times New Roman" w:cs="Times New Roman"/>
          <w:sz w:val="28"/>
          <w:szCs w:val="28"/>
          <w:lang w:val="vi-VN"/>
        </w:rPr>
      </w:pPr>
      <w:r w:rsidRPr="00301537">
        <w:rPr>
          <w:rFonts w:ascii="Times New Roman" w:hAnsi="Times New Roman" w:cs="Times New Roman"/>
          <w:sz w:val="28"/>
          <w:szCs w:val="28"/>
        </w:rPr>
        <w:t>Tôi tên: .................................................., sinh ngày: ...../...../........</w:t>
      </w:r>
      <w:r>
        <w:rPr>
          <w:rFonts w:ascii="Times New Roman" w:hAnsi="Times New Roman" w:cs="Times New Roman"/>
          <w:sz w:val="28"/>
          <w:szCs w:val="28"/>
          <w:lang w:val="vi-VN"/>
        </w:rPr>
        <w:t>...............</w:t>
      </w:r>
    </w:p>
    <w:p w:rsidR="00301537" w:rsidRPr="00301537" w:rsidRDefault="00301537" w:rsidP="00301537">
      <w:pPr>
        <w:spacing w:before="80" w:after="80"/>
        <w:ind w:firstLine="720"/>
        <w:rPr>
          <w:rFonts w:ascii="Times New Roman" w:hAnsi="Times New Roman" w:cs="Times New Roman"/>
          <w:sz w:val="28"/>
          <w:szCs w:val="28"/>
          <w:lang w:val="vi-VN"/>
        </w:rPr>
      </w:pPr>
      <w:r w:rsidRPr="00301537">
        <w:rPr>
          <w:rFonts w:ascii="Times New Roman" w:hAnsi="Times New Roman" w:cs="Times New Roman"/>
          <w:sz w:val="28"/>
          <w:szCs w:val="28"/>
        </w:rPr>
        <w:t>Số CCCD/CCD: ................................, ngày cấp: ...../...../........</w:t>
      </w:r>
      <w:r>
        <w:rPr>
          <w:rFonts w:ascii="Times New Roman" w:hAnsi="Times New Roman" w:cs="Times New Roman"/>
          <w:sz w:val="28"/>
          <w:szCs w:val="28"/>
          <w:lang w:val="vi-VN"/>
        </w:rPr>
        <w:t>....................</w:t>
      </w:r>
    </w:p>
    <w:p w:rsidR="00301537" w:rsidRPr="00301537" w:rsidRDefault="00301537" w:rsidP="00301537">
      <w:pPr>
        <w:spacing w:before="80" w:after="80"/>
        <w:ind w:firstLine="720"/>
        <w:rPr>
          <w:rFonts w:ascii="Times New Roman" w:hAnsi="Times New Roman" w:cs="Times New Roman"/>
          <w:sz w:val="28"/>
          <w:szCs w:val="28"/>
          <w:lang w:val="vi-VN"/>
        </w:rPr>
      </w:pPr>
      <w:r w:rsidRPr="00301537">
        <w:rPr>
          <w:rFonts w:ascii="Times New Roman" w:hAnsi="Times New Roman" w:cs="Times New Roman"/>
          <w:sz w:val="28"/>
          <w:szCs w:val="28"/>
        </w:rPr>
        <w:t>Nơi cấp: ....................................................................................................</w:t>
      </w:r>
      <w:r>
        <w:rPr>
          <w:rFonts w:ascii="Times New Roman" w:hAnsi="Times New Roman" w:cs="Times New Roman"/>
          <w:sz w:val="28"/>
          <w:szCs w:val="28"/>
          <w:lang w:val="vi-VN"/>
        </w:rPr>
        <w:t>...</w:t>
      </w:r>
    </w:p>
    <w:p w:rsidR="00301537" w:rsidRPr="00301537" w:rsidRDefault="00301537" w:rsidP="00301537">
      <w:pPr>
        <w:spacing w:before="80" w:after="80"/>
        <w:ind w:firstLine="720"/>
        <w:rPr>
          <w:rFonts w:ascii="Times New Roman" w:hAnsi="Times New Roman" w:cs="Times New Roman"/>
          <w:sz w:val="28"/>
          <w:szCs w:val="28"/>
          <w:lang w:val="vi-VN"/>
        </w:rPr>
      </w:pPr>
      <w:r w:rsidRPr="00301537">
        <w:rPr>
          <w:rFonts w:ascii="Times New Roman" w:hAnsi="Times New Roman" w:cs="Times New Roman"/>
          <w:sz w:val="28"/>
          <w:szCs w:val="28"/>
        </w:rPr>
        <w:t>Nơi thường trú: ........................................................................................</w:t>
      </w:r>
      <w:r>
        <w:rPr>
          <w:rFonts w:ascii="Times New Roman" w:hAnsi="Times New Roman" w:cs="Times New Roman"/>
          <w:sz w:val="28"/>
          <w:szCs w:val="28"/>
          <w:lang w:val="vi-VN"/>
        </w:rPr>
        <w:t>.............</w:t>
      </w:r>
    </w:p>
    <w:p w:rsidR="00301537" w:rsidRPr="00301537" w:rsidRDefault="00301537" w:rsidP="00301537">
      <w:pPr>
        <w:spacing w:before="80" w:after="80"/>
        <w:ind w:firstLine="720"/>
        <w:rPr>
          <w:rFonts w:ascii="Times New Roman" w:hAnsi="Times New Roman" w:cs="Times New Roman"/>
          <w:sz w:val="28"/>
          <w:szCs w:val="28"/>
        </w:rPr>
      </w:pPr>
      <w:r w:rsidRPr="00301537">
        <w:rPr>
          <w:rFonts w:ascii="Times New Roman" w:hAnsi="Times New Roman" w:cs="Times New Roman"/>
          <w:sz w:val="28"/>
          <w:szCs w:val="28"/>
        </w:rPr>
        <w:t>................................................................................................................</w:t>
      </w:r>
    </w:p>
    <w:p w:rsidR="00301537" w:rsidRPr="00301537" w:rsidRDefault="00301537" w:rsidP="00301537">
      <w:pPr>
        <w:spacing w:before="80" w:after="80"/>
        <w:ind w:firstLine="720"/>
        <w:rPr>
          <w:rFonts w:ascii="Times New Roman" w:hAnsi="Times New Roman" w:cs="Times New Roman"/>
          <w:sz w:val="28"/>
          <w:szCs w:val="28"/>
        </w:rPr>
      </w:pPr>
      <w:r w:rsidRPr="00301537">
        <w:rPr>
          <w:rFonts w:ascii="Times New Roman" w:hAnsi="Times New Roman" w:cs="Times New Roman"/>
          <w:sz w:val="28"/>
          <w:szCs w:val="28"/>
        </w:rPr>
        <w:t>Chỗ ở hiện nay: ........................................................................................</w:t>
      </w:r>
    </w:p>
    <w:p w:rsidR="00301537" w:rsidRPr="00301537" w:rsidRDefault="00301537" w:rsidP="00301537">
      <w:pPr>
        <w:spacing w:before="80" w:after="80"/>
        <w:ind w:firstLine="720"/>
        <w:rPr>
          <w:rFonts w:ascii="Times New Roman" w:hAnsi="Times New Roman" w:cs="Times New Roman"/>
          <w:sz w:val="28"/>
          <w:szCs w:val="28"/>
        </w:rPr>
      </w:pPr>
      <w:r w:rsidRPr="00301537">
        <w:rPr>
          <w:rFonts w:ascii="Times New Roman" w:hAnsi="Times New Roman" w:cs="Times New Roman"/>
          <w:sz w:val="28"/>
          <w:szCs w:val="28"/>
        </w:rPr>
        <w:t>................................................................................................................</w:t>
      </w:r>
    </w:p>
    <w:p w:rsidR="00301537" w:rsidRPr="00301537" w:rsidRDefault="00301537" w:rsidP="007C7270">
      <w:pPr>
        <w:spacing w:before="80" w:after="80"/>
        <w:ind w:firstLine="720"/>
        <w:rPr>
          <w:rFonts w:ascii="Times New Roman" w:hAnsi="Times New Roman" w:cs="Times New Roman"/>
          <w:sz w:val="28"/>
          <w:szCs w:val="28"/>
        </w:rPr>
      </w:pPr>
      <w:r w:rsidRPr="00301537">
        <w:rPr>
          <w:rFonts w:ascii="Times New Roman" w:hAnsi="Times New Roman" w:cs="Times New Roman"/>
          <w:sz w:val="28"/>
          <w:szCs w:val="28"/>
        </w:rPr>
        <w:t>Tôi có đăng ký học lớp tiếng Hàn tại Trung tâm Dịch vụ việc làm tỉnh Cà Mau để được tuyển chọn đi làm việc thời vụ (05 tháng - 08 tháng) trong lĩnh vực nông nghiệp tại Hàn Quố</w:t>
      </w:r>
      <w:r w:rsidR="007C7270">
        <w:rPr>
          <w:rFonts w:ascii="Times New Roman" w:hAnsi="Times New Roman" w:cs="Times New Roman"/>
          <w:sz w:val="28"/>
          <w:szCs w:val="28"/>
        </w:rPr>
        <w:t>c.</w:t>
      </w:r>
      <w:r w:rsidRPr="00301537">
        <w:rPr>
          <w:rFonts w:ascii="Times New Roman" w:hAnsi="Times New Roman" w:cs="Times New Roman"/>
          <w:sz w:val="28"/>
          <w:szCs w:val="28"/>
        </w:rPr>
        <w:br/>
        <w:t>Nay tôi làm đơn này gửi đến UBND xã/phường ........................................ xác nhận cho tôi là: Hiện tại, tôi không có người thân (bố, mẹ, con đẻ, anh, chị, em ruột, vợ hoặc chồng) đang sinh sống và làm việc bất hợp pháp tại Hàn Quố</w:t>
      </w:r>
      <w:r w:rsidR="007C7270">
        <w:rPr>
          <w:rFonts w:ascii="Times New Roman" w:hAnsi="Times New Roman" w:cs="Times New Roman"/>
          <w:sz w:val="28"/>
          <w:szCs w:val="28"/>
        </w:rPr>
        <w:t>c.</w:t>
      </w:r>
      <w:r w:rsidRPr="00301537">
        <w:rPr>
          <w:rFonts w:ascii="Times New Roman" w:hAnsi="Times New Roman" w:cs="Times New Roman"/>
          <w:sz w:val="28"/>
          <w:szCs w:val="28"/>
        </w:rPr>
        <w:br/>
        <w:t>Tôi xin cam kết chấp hành tốt các quy định và tuân thủ đầy đủ các nội dung sau khi kết thúc hợp đồng. Nếu tôi vi phạm cam kết và khai báo không trung thực thông tin về người thân ở Hàn Quốc tôi xin hoàn toàn chịu trách nhiệm trước pháp luật.</w:t>
      </w:r>
      <w:r w:rsidRPr="00301537">
        <w:rPr>
          <w:rFonts w:ascii="Times New Roman" w:hAnsi="Times New Roman" w:cs="Times New Roman"/>
          <w:sz w:val="28"/>
          <w:szCs w:val="28"/>
        </w:rPr>
        <w:br/>
      </w:r>
      <w:r w:rsidRPr="00301537">
        <w:rPr>
          <w:rFonts w:ascii="Times New Roman" w:hAnsi="Times New Roman" w:cs="Times New Roman"/>
          <w:sz w:val="28"/>
          <w:szCs w:val="28"/>
        </w:rPr>
        <w:br/>
        <w:t>Kính mong được sự xem xét, xác nhận của UBND xã/phường .................................................. để tôi được tham gia dự tuyển đi làm việc thời vụ tại Hàn Quốc.</w:t>
      </w:r>
    </w:p>
    <w:p w:rsidR="00301537" w:rsidRPr="00301537" w:rsidRDefault="00301537" w:rsidP="00301537">
      <w:pPr>
        <w:jc w:val="right"/>
        <w:rPr>
          <w:rFonts w:ascii="Times New Roman" w:hAnsi="Times New Roman" w:cs="Times New Roman"/>
          <w:sz w:val="28"/>
          <w:szCs w:val="28"/>
        </w:rPr>
      </w:pPr>
      <w:bookmarkStart w:id="0" w:name="_GoBack"/>
      <w:bookmarkEnd w:id="0"/>
      <w:r w:rsidRPr="00301537">
        <w:rPr>
          <w:rFonts w:ascii="Times New Roman" w:hAnsi="Times New Roman" w:cs="Times New Roman"/>
          <w:i/>
          <w:sz w:val="28"/>
          <w:szCs w:val="28"/>
        </w:rPr>
        <w:t>........, ngày ..... tháng ..... năm 202....</w:t>
      </w:r>
    </w:p>
    <w:p w:rsidR="00301537" w:rsidRPr="00301537" w:rsidRDefault="00301537" w:rsidP="00301537">
      <w:pPr>
        <w:jc w:val="right"/>
        <w:rPr>
          <w:rFonts w:ascii="Times New Roman" w:hAnsi="Times New Roman" w:cs="Times New Roman"/>
          <w:sz w:val="28"/>
          <w:szCs w:val="28"/>
        </w:rPr>
      </w:pPr>
      <w:r w:rsidRPr="00301537">
        <w:rPr>
          <w:rFonts w:ascii="Times New Roman" w:hAnsi="Times New Roman" w:cs="Times New Roman"/>
          <w:b/>
          <w:sz w:val="28"/>
          <w:szCs w:val="28"/>
        </w:rPr>
        <w:t>NGƯỜI LÀM ĐƠN</w:t>
      </w:r>
      <w:r w:rsidRPr="00301537">
        <w:rPr>
          <w:rFonts w:ascii="Times New Roman" w:hAnsi="Times New Roman" w:cs="Times New Roman"/>
          <w:b/>
          <w:sz w:val="28"/>
          <w:szCs w:val="28"/>
        </w:rPr>
        <w:br/>
        <w:t>(Ký, ghi rõ họ và tên)</w:t>
      </w:r>
    </w:p>
    <w:p w:rsidR="00301537" w:rsidRPr="00301537" w:rsidRDefault="00301537" w:rsidP="005A5443">
      <w:pPr>
        <w:spacing w:after="0"/>
        <w:ind w:firstLine="720"/>
        <w:jc w:val="center"/>
        <w:rPr>
          <w:rFonts w:ascii="Times New Roman" w:hAnsi="Times New Roman" w:cs="Times New Roman"/>
          <w:sz w:val="28"/>
          <w:szCs w:val="28"/>
        </w:rPr>
      </w:pPr>
    </w:p>
    <w:sectPr w:rsidR="00301537" w:rsidRPr="00301537" w:rsidSect="005A544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57"/>
  <w:drawingGridVerticalSpacing w:val="57"/>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F45AA"/>
    <w:rsid w:val="00141045"/>
    <w:rsid w:val="0015074B"/>
    <w:rsid w:val="0029639D"/>
    <w:rsid w:val="00301537"/>
    <w:rsid w:val="00326F90"/>
    <w:rsid w:val="004601CA"/>
    <w:rsid w:val="00563C51"/>
    <w:rsid w:val="005A5443"/>
    <w:rsid w:val="006A58EE"/>
    <w:rsid w:val="007C7270"/>
    <w:rsid w:val="00AA1D8D"/>
    <w:rsid w:val="00B47730"/>
    <w:rsid w:val="00C86E7E"/>
    <w:rsid w:val="00CB0664"/>
    <w:rsid w:val="00FA4EC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C5633D"/>
  <w14:defaultImageDpi w14:val="300"/>
  <w15:docId w15:val="{EC8ED427-580B-460C-B294-9156F759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sz w:val="26"/>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15F1B-4544-445E-9BE4-693CBDAEC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4</cp:revision>
  <dcterms:created xsi:type="dcterms:W3CDTF">2026-05-11T08:54:00Z</dcterms:created>
  <dcterms:modified xsi:type="dcterms:W3CDTF">2026-05-26T06:31:00Z</dcterms:modified>
  <cp:category/>
</cp:coreProperties>
</file>